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E2AB1" w14:textId="77777777" w:rsidR="009B01BB" w:rsidRDefault="008B642D">
      <w:pPr>
        <w:jc w:val="center"/>
      </w:pPr>
      <w:r>
        <w:rPr>
          <w:b/>
          <w:sz w:val="28"/>
        </w:rPr>
        <w:t>TEMPLE LODGE #16 A.F. &amp; A.M.</w:t>
      </w:r>
    </w:p>
    <w:p w14:paraId="01A88885" w14:textId="77777777" w:rsidR="009B01BB" w:rsidRDefault="008B642D">
      <w:pPr>
        <w:jc w:val="center"/>
      </w:pPr>
      <w:r>
        <w:rPr>
          <w:b/>
          <w:sz w:val="24"/>
        </w:rPr>
        <w:t>S. KENNETH BARIL SCHOLARSHIP COMMITTEE</w:t>
      </w:r>
    </w:p>
    <w:p w14:paraId="3989FCFB" w14:textId="77777777" w:rsidR="009B01BB" w:rsidRDefault="008B642D">
      <w:pPr>
        <w:jc w:val="center"/>
      </w:pPr>
      <w:r>
        <w:t>9 Country Club Road</w:t>
      </w:r>
    </w:p>
    <w:p w14:paraId="7DBAF888" w14:textId="77777777" w:rsidR="009B01BB" w:rsidRDefault="008B642D">
      <w:pPr>
        <w:jc w:val="center"/>
      </w:pPr>
      <w:r>
        <w:t>Cheshire, Connecticut 06410</w:t>
      </w:r>
    </w:p>
    <w:p w14:paraId="08DD6C6D" w14:textId="77777777" w:rsidR="009B01BB" w:rsidRDefault="008B642D">
      <w:pPr>
        <w:jc w:val="center"/>
      </w:pPr>
      <w:r>
        <w:rPr>
          <w:b/>
          <w:sz w:val="30"/>
        </w:rPr>
        <w:t>S. Kenneth Baril Scholarship Application</w:t>
      </w:r>
    </w:p>
    <w:p w14:paraId="31953E2E" w14:textId="29402495" w:rsidR="009B01BB" w:rsidRDefault="008B642D">
      <w:r>
        <w:rPr>
          <w:b/>
        </w:rPr>
        <w:t xml:space="preserve">Application Deadline: </w:t>
      </w:r>
      <w:r>
        <w:t>202</w:t>
      </w:r>
      <w:r w:rsidR="007C5309">
        <w:t>6</w:t>
      </w:r>
      <w:r>
        <w:t xml:space="preserve"> applications must be received by Saturday, May 1</w:t>
      </w:r>
      <w:r w:rsidR="007C5309">
        <w:t>5</w:t>
      </w:r>
      <w:r>
        <w:t>th</w:t>
      </w:r>
      <w:r w:rsidR="007C5309">
        <w:t>, 2026</w:t>
      </w:r>
    </w:p>
    <w:p w14:paraId="457F4779" w14:textId="77777777" w:rsidR="009B01BB" w:rsidRDefault="008B642D">
      <w:r>
        <w:rPr>
          <w:b/>
        </w:rPr>
        <w:t>Incomplete applications will not be considered for award</w:t>
      </w:r>
    </w:p>
    <w:p w14:paraId="3EE5C1DA" w14:textId="77777777" w:rsidR="009B01BB" w:rsidRDefault="008B642D">
      <w:r>
        <w:rPr>
          <w:b/>
        </w:rPr>
        <w:t>Eligibility Requirements (must meet all):</w:t>
      </w:r>
    </w:p>
    <w:p w14:paraId="0F4A9A52" w14:textId="2780B824" w:rsidR="009B01BB" w:rsidRDefault="008B642D">
      <w:pPr>
        <w:pStyle w:val="ListBullet"/>
      </w:pPr>
      <w:r>
        <w:t xml:space="preserve">Applicants must have a family connection to one of the Temple Lodge </w:t>
      </w:r>
      <w:r w:rsidR="007C5309">
        <w:t xml:space="preserve">No. </w:t>
      </w:r>
      <w:r>
        <w:t xml:space="preserve">16 members (child, </w:t>
      </w:r>
      <w:r w:rsidR="00505803">
        <w:t>stepchild</w:t>
      </w:r>
      <w:r>
        <w:t>, grandchild, niece, etc.).</w:t>
      </w:r>
    </w:p>
    <w:p w14:paraId="3C0EF243" w14:textId="787477FB" w:rsidR="009B01BB" w:rsidRDefault="008B642D">
      <w:pPr>
        <w:pStyle w:val="ListBullet"/>
      </w:pPr>
      <w:r>
        <w:t xml:space="preserve">Applicants must have been accepted as a </w:t>
      </w:r>
      <w:r w:rsidR="00505803">
        <w:t>full-time</w:t>
      </w:r>
      <w:r>
        <w:t xml:space="preserve"> student for the 202</w:t>
      </w:r>
      <w:r w:rsidR="007C5309">
        <w:t>6</w:t>
      </w:r>
      <w:r>
        <w:t>-202</w:t>
      </w:r>
      <w:r w:rsidR="007C5309">
        <w:t>7</w:t>
      </w:r>
      <w:r>
        <w:t xml:space="preserve"> academic year to an accredited two (2) or four (4) year college; technical school; or Graduate school.</w:t>
      </w:r>
    </w:p>
    <w:p w14:paraId="2470D034" w14:textId="58723BC7" w:rsidR="009B01BB" w:rsidRDefault="008B642D">
      <w:pPr>
        <w:pStyle w:val="ListBullet"/>
      </w:pPr>
      <w:r>
        <w:t xml:space="preserve">Applicants must have attended an accredited high school; two (2) or four (4) year college; technical school; or Graduate school on a </w:t>
      </w:r>
      <w:r w:rsidR="00505803">
        <w:t>full-time</w:t>
      </w:r>
      <w:r>
        <w:t xml:space="preserve"> basis for the 202</w:t>
      </w:r>
      <w:r w:rsidR="007C5309">
        <w:t>6</w:t>
      </w:r>
      <w:r>
        <w:t>-202</w:t>
      </w:r>
      <w:r w:rsidR="007C5309">
        <w:t>7</w:t>
      </w:r>
      <w:r>
        <w:t xml:space="preserve"> academic year.</w:t>
      </w:r>
    </w:p>
    <w:p w14:paraId="16F028E5" w14:textId="14A919FC" w:rsidR="009B01BB" w:rsidRDefault="008B642D">
      <w:pPr>
        <w:pStyle w:val="ListBullet"/>
      </w:pPr>
      <w:r>
        <w:t>A fully completed 202</w:t>
      </w:r>
      <w:r w:rsidR="007C5309">
        <w:t>6</w:t>
      </w:r>
      <w:r>
        <w:t xml:space="preserve"> S. Kenneth Baril Scholarship Application, essay, current FAFSA form and requested information must be received in accordance with the Application Deadline.</w:t>
      </w:r>
    </w:p>
    <w:p w14:paraId="165D900B" w14:textId="77777777" w:rsidR="009B01BB" w:rsidRDefault="008B642D">
      <w:r>
        <w:rPr>
          <w:b/>
        </w:rPr>
        <w:t xml:space="preserve">Judging Criteria: </w:t>
      </w:r>
      <w:r>
        <w:t>1. Financial need    2. Academic performance    3. Extracurricular activities    4. Community involvement</w:t>
      </w:r>
    </w:p>
    <w:p w14:paraId="1E6BA7FA" w14:textId="77777777" w:rsidR="009B01BB" w:rsidRDefault="008B642D">
      <w:r>
        <w:rPr>
          <w:b/>
        </w:rPr>
        <w:t>PERSONAL INFORMATION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07"/>
        <w:gridCol w:w="5107"/>
      </w:tblGrid>
      <w:tr w:rsidR="009B01BB" w14:paraId="2372CEE9" w14:textId="77777777">
        <w:trPr>
          <w:jc w:val="center"/>
        </w:trPr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2317DB38" w14:textId="77777777" w:rsidR="009B01BB" w:rsidRDefault="008B642D">
            <w:r>
              <w:rPr>
                <w:b/>
              </w:rPr>
              <w:t>Date of Application</w:t>
            </w:r>
            <w:r>
              <w:rPr>
                <w:b/>
              </w:rPr>
              <w:br/>
            </w:r>
            <w:r>
              <w:br/>
            </w:r>
          </w:p>
        </w:tc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6541AC10" w14:textId="77777777" w:rsidR="009B01BB" w:rsidRDefault="008B642D">
            <w:r>
              <w:rPr>
                <w:b/>
              </w:rPr>
              <w:t>Date of Birth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58BD7BE5" w14:textId="77777777">
        <w:trPr>
          <w:jc w:val="center"/>
        </w:trPr>
        <w:tc>
          <w:tcPr>
            <w:tcW w:w="10224" w:type="dxa"/>
            <w:gridSpan w:val="2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0678861B" w14:textId="77777777" w:rsidR="009B01BB" w:rsidRDefault="008B642D">
            <w:r>
              <w:rPr>
                <w:b/>
              </w:rPr>
              <w:t>Name of Applicant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5257E8DE" w14:textId="77777777">
        <w:trPr>
          <w:jc w:val="center"/>
        </w:trPr>
        <w:tc>
          <w:tcPr>
            <w:tcW w:w="10224" w:type="dxa"/>
            <w:gridSpan w:val="2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7846E1F8" w14:textId="77777777" w:rsidR="009B01BB" w:rsidRDefault="008B642D">
            <w:r>
              <w:rPr>
                <w:b/>
              </w:rPr>
              <w:t>Street Address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7C16F33F" w14:textId="77777777">
        <w:trPr>
          <w:jc w:val="center"/>
        </w:trPr>
        <w:tc>
          <w:tcPr>
            <w:tcW w:w="10224" w:type="dxa"/>
            <w:gridSpan w:val="2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118D7D92" w14:textId="77777777" w:rsidR="009B01BB" w:rsidRDefault="008B642D">
            <w:r>
              <w:rPr>
                <w:b/>
              </w:rPr>
              <w:t>City, State, Zip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18A74346" w14:textId="77777777">
        <w:trPr>
          <w:jc w:val="center"/>
        </w:trPr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177EB458" w14:textId="77777777" w:rsidR="009B01BB" w:rsidRDefault="008B642D">
            <w:r>
              <w:rPr>
                <w:b/>
              </w:rPr>
              <w:t>Area Code &amp; Phone Number</w:t>
            </w:r>
            <w:r>
              <w:rPr>
                <w:b/>
              </w:rPr>
              <w:br/>
            </w:r>
            <w:r>
              <w:br/>
            </w:r>
          </w:p>
        </w:tc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72D96291" w14:textId="77777777" w:rsidR="009B01BB" w:rsidRDefault="008B642D">
            <w:r>
              <w:rPr>
                <w:b/>
              </w:rPr>
              <w:t>Email Address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391C1A3B" w14:textId="77777777">
        <w:trPr>
          <w:jc w:val="center"/>
        </w:trPr>
        <w:tc>
          <w:tcPr>
            <w:tcW w:w="10224" w:type="dxa"/>
            <w:gridSpan w:val="2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63CC8BCD" w14:textId="77777777" w:rsidR="009B01BB" w:rsidRDefault="008B642D">
            <w:r>
              <w:rPr>
                <w:b/>
              </w:rPr>
              <w:t>Temple Lodge #16 Relative &amp; Relationship</w:t>
            </w:r>
            <w:r>
              <w:rPr>
                <w:b/>
              </w:rPr>
              <w:br/>
            </w:r>
            <w:r>
              <w:br/>
            </w:r>
          </w:p>
        </w:tc>
      </w:tr>
    </w:tbl>
    <w:p w14:paraId="06270C59" w14:textId="77777777" w:rsidR="009B01BB" w:rsidRDefault="008B642D">
      <w:r>
        <w:br w:type="page"/>
      </w:r>
    </w:p>
    <w:p w14:paraId="23116DAD" w14:textId="77777777" w:rsidR="009B01BB" w:rsidRDefault="008B642D">
      <w:r>
        <w:rPr>
          <w:b/>
        </w:rPr>
        <w:lastRenderedPageBreak/>
        <w:t>FAMILY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7"/>
        <w:gridCol w:w="5107"/>
      </w:tblGrid>
      <w:tr w:rsidR="009B01BB" w14:paraId="14F7D616" w14:textId="77777777"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6EA95A4A" w14:textId="77777777" w:rsidR="009B01BB" w:rsidRDefault="008B642D">
            <w:r>
              <w:rPr>
                <w:b/>
              </w:rPr>
              <w:t>Father's Name</w:t>
            </w:r>
            <w:r>
              <w:rPr>
                <w:b/>
              </w:rPr>
              <w:br/>
            </w:r>
            <w:r>
              <w:br/>
            </w:r>
          </w:p>
        </w:tc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71F9BDEB" w14:textId="77777777" w:rsidR="009B01BB" w:rsidRDefault="008B642D">
            <w:r>
              <w:rPr>
                <w:b/>
              </w:rPr>
              <w:t>Place of Employment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042B03FB" w14:textId="77777777"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02DCCB42" w14:textId="77777777" w:rsidR="009B01BB" w:rsidRDefault="008B642D">
            <w:r>
              <w:rPr>
                <w:b/>
              </w:rPr>
              <w:t>Father's Occupation</w:t>
            </w:r>
            <w:r>
              <w:rPr>
                <w:b/>
              </w:rPr>
              <w:br/>
            </w:r>
            <w:r>
              <w:br/>
            </w:r>
          </w:p>
        </w:tc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6B6E5E78" w14:textId="77777777" w:rsidR="009B01BB" w:rsidRDefault="008B642D">
            <w:r>
              <w:rPr>
                <w:b/>
              </w:rPr>
              <w:t>How Long?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265C9052" w14:textId="77777777"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01446B43" w14:textId="77777777" w:rsidR="009B01BB" w:rsidRDefault="008B642D">
            <w:r>
              <w:rPr>
                <w:b/>
              </w:rPr>
              <w:t>Mother's Name</w:t>
            </w:r>
            <w:r>
              <w:rPr>
                <w:b/>
              </w:rPr>
              <w:br/>
            </w:r>
            <w:r>
              <w:br/>
            </w:r>
          </w:p>
        </w:tc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38D389DC" w14:textId="77777777" w:rsidR="009B01BB" w:rsidRDefault="008B642D">
            <w:r>
              <w:rPr>
                <w:b/>
              </w:rPr>
              <w:t>Place of Employment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1EEFDD3F" w14:textId="77777777"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48195F19" w14:textId="77777777" w:rsidR="009B01BB" w:rsidRDefault="008B642D">
            <w:r>
              <w:rPr>
                <w:b/>
              </w:rPr>
              <w:t>Mother's Occupation</w:t>
            </w:r>
            <w:r>
              <w:rPr>
                <w:b/>
              </w:rPr>
              <w:br/>
            </w:r>
            <w:r>
              <w:br/>
            </w:r>
          </w:p>
        </w:tc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10621C99" w14:textId="77777777" w:rsidR="009B01BB" w:rsidRDefault="008B642D">
            <w:r>
              <w:rPr>
                <w:b/>
              </w:rPr>
              <w:t>How Long?</w:t>
            </w:r>
            <w:r>
              <w:rPr>
                <w:b/>
              </w:rPr>
              <w:br/>
            </w:r>
            <w:r>
              <w:br/>
            </w:r>
          </w:p>
        </w:tc>
      </w:tr>
    </w:tbl>
    <w:p w14:paraId="73076E2F" w14:textId="77777777" w:rsidR="009B01BB" w:rsidRDefault="008B642D">
      <w:r>
        <w:rPr>
          <w:b/>
        </w:rPr>
        <w:t>EDUCATION INFORMATION</w:t>
      </w:r>
    </w:p>
    <w:p w14:paraId="7F1AF908" w14:textId="77777777" w:rsidR="009B01BB" w:rsidRDefault="008B642D">
      <w:r>
        <w:t>Please include a copy of:</w:t>
      </w:r>
    </w:p>
    <w:p w14:paraId="48D0A0C4" w14:textId="77777777" w:rsidR="009B01BB" w:rsidRDefault="008B642D">
      <w:pPr>
        <w:pStyle w:val="ListBullet"/>
      </w:pPr>
      <w:r>
        <w:t>Transcript of your latest grades</w:t>
      </w:r>
    </w:p>
    <w:p w14:paraId="06B45899" w14:textId="77777777" w:rsidR="009B01BB" w:rsidRDefault="008B642D">
      <w:pPr>
        <w:pStyle w:val="ListBullet"/>
      </w:pPr>
      <w:r>
        <w:t>Copy of your SAT scores (if applicable)</w:t>
      </w:r>
    </w:p>
    <w:p w14:paraId="4FB78D71" w14:textId="77777777" w:rsidR="009B01BB" w:rsidRDefault="008B642D">
      <w:pPr>
        <w:pStyle w:val="ListBullet"/>
      </w:pPr>
      <w:r>
        <w:t>Copy of your SAR (Student Aid Report) and FAFSA.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14"/>
      </w:tblGrid>
      <w:tr w:rsidR="009B01BB" w14:paraId="318AAF99" w14:textId="77777777">
        <w:tc>
          <w:tcPr>
            <w:tcW w:w="10224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4FBA1A2A" w14:textId="77777777" w:rsidR="009B01BB" w:rsidRDefault="008B642D">
            <w:r>
              <w:rPr>
                <w:b/>
              </w:rPr>
              <w:t>Educational Institution: Include the name and complete address of the school where you intend to use this scholarship.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21CAE6C0" w14:textId="77777777">
        <w:tc>
          <w:tcPr>
            <w:tcW w:w="10224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307F6177" w14:textId="77777777" w:rsidR="009B01BB" w:rsidRDefault="008B642D">
            <w:r>
              <w:rPr>
                <w:b/>
              </w:rPr>
              <w:t>Degree Program:</w:t>
            </w:r>
            <w:r>
              <w:rPr>
                <w:b/>
              </w:rPr>
              <w:br/>
            </w:r>
            <w:r>
              <w:t>AS ____   BS ____   BA ____   MS ____   PhD ____   Other (please specify) __________________________</w:t>
            </w:r>
          </w:p>
        </w:tc>
      </w:tr>
      <w:tr w:rsidR="009B01BB" w14:paraId="1457D2C6" w14:textId="77777777">
        <w:tc>
          <w:tcPr>
            <w:tcW w:w="10224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00032966" w14:textId="77777777" w:rsidR="009B01BB" w:rsidRDefault="008B642D">
            <w:r>
              <w:rPr>
                <w:b/>
              </w:rPr>
              <w:t>Course of Study</w:t>
            </w:r>
            <w:r>
              <w:rPr>
                <w:b/>
              </w:rPr>
              <w:br/>
            </w:r>
            <w:r>
              <w:br/>
            </w:r>
          </w:p>
        </w:tc>
      </w:tr>
      <w:tr w:rsidR="009B01BB" w14:paraId="409E9A05" w14:textId="77777777">
        <w:tc>
          <w:tcPr>
            <w:tcW w:w="10224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083DA98F" w14:textId="77777777" w:rsidR="009B01BB" w:rsidRDefault="008B642D">
            <w:r>
              <w:rPr>
                <w:b/>
              </w:rPr>
              <w:t>Financial Need</w:t>
            </w:r>
            <w:r>
              <w:rPr>
                <w:b/>
              </w:rPr>
              <w:br/>
            </w:r>
            <w:r>
              <w:t>1. Total cost of your next year of college ______________________________</w:t>
            </w:r>
            <w:r>
              <w:br/>
              <w:t>2. Scholarship help you are getting (all sources) ______________________</w:t>
            </w:r>
            <w:r>
              <w:br/>
              <w:t>3. Attach a copy of your SAR Student Aid Report</w:t>
            </w:r>
          </w:p>
        </w:tc>
      </w:tr>
      <w:tr w:rsidR="009B01BB" w14:paraId="2CCABBD4" w14:textId="77777777">
        <w:tc>
          <w:tcPr>
            <w:tcW w:w="10224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1F878374" w14:textId="77777777" w:rsidR="009B01BB" w:rsidRDefault="008B642D">
            <w:r>
              <w:rPr>
                <w:b/>
              </w:rPr>
              <w:t>School you currently attend / GPA</w:t>
            </w:r>
            <w:r>
              <w:rPr>
                <w:b/>
              </w:rPr>
              <w:br/>
            </w:r>
            <w:r>
              <w:t>School you currently attend _______________________________     GPA ___________</w:t>
            </w:r>
          </w:p>
        </w:tc>
      </w:tr>
    </w:tbl>
    <w:p w14:paraId="789480D0" w14:textId="77777777" w:rsidR="009B01BB" w:rsidRDefault="008B642D">
      <w:r>
        <w:br w:type="page"/>
      </w:r>
    </w:p>
    <w:p w14:paraId="741EB2BB" w14:textId="77777777" w:rsidR="009B01BB" w:rsidRDefault="008B642D">
      <w:r>
        <w:rPr>
          <w:b/>
        </w:rPr>
        <w:lastRenderedPageBreak/>
        <w:t>EXTRA CURRICULAR ACTIVITIES &amp; COMMUNITY INVOLVEMENT</w:t>
      </w:r>
    </w:p>
    <w:p w14:paraId="58BBA3D9" w14:textId="77777777" w:rsidR="009B01BB" w:rsidRDefault="008B642D">
      <w:r>
        <w:rPr>
          <w:b/>
        </w:rPr>
        <w:t>School, Church, and/or Community Activities:</w:t>
      </w:r>
    </w:p>
    <w:p w14:paraId="318995AC" w14:textId="77777777" w:rsidR="009B01BB" w:rsidRDefault="008B642D">
      <w:r>
        <w:t>______________________________________________________________________________</w:t>
      </w:r>
    </w:p>
    <w:p w14:paraId="063FB929" w14:textId="77777777" w:rsidR="009B01BB" w:rsidRDefault="008B642D">
      <w:r>
        <w:t>______________________________________________________________________________</w:t>
      </w:r>
    </w:p>
    <w:p w14:paraId="55AF0CEB" w14:textId="77777777" w:rsidR="009B01BB" w:rsidRDefault="008B642D">
      <w:r>
        <w:t>______________________________________________________________________________</w:t>
      </w:r>
    </w:p>
    <w:p w14:paraId="378F87F6" w14:textId="77777777" w:rsidR="009B01BB" w:rsidRDefault="008B642D">
      <w:r>
        <w:t>______________________________________________________________________________</w:t>
      </w:r>
    </w:p>
    <w:p w14:paraId="185FB41F" w14:textId="77777777" w:rsidR="009B01BB" w:rsidRDefault="008B642D">
      <w:r>
        <w:t>______________________________________________________________________________</w:t>
      </w:r>
    </w:p>
    <w:p w14:paraId="2A8DD53E" w14:textId="77777777" w:rsidR="009B01BB" w:rsidRDefault="008B642D">
      <w:r>
        <w:t>______________________________________________________________________________</w:t>
      </w:r>
    </w:p>
    <w:p w14:paraId="1E3A660B" w14:textId="77777777" w:rsidR="009B01BB" w:rsidRDefault="008B642D">
      <w:r>
        <w:t>______________________________________________________________________________</w:t>
      </w:r>
    </w:p>
    <w:p w14:paraId="41698884" w14:textId="77777777" w:rsidR="009B01BB" w:rsidRDefault="008B642D">
      <w:r>
        <w:t>______________________________________________________________________________</w:t>
      </w:r>
    </w:p>
    <w:p w14:paraId="08A7059A" w14:textId="77777777" w:rsidR="009B01BB" w:rsidRDefault="008B642D">
      <w:r>
        <w:rPr>
          <w:b/>
        </w:rPr>
        <w:t>(TIE-BREAKER ESSAY)</w:t>
      </w:r>
      <w:r>
        <w:t xml:space="preserve"> - Write a brief essay (approx. 200 words) that explains your career goals upon completion of your education. (Separate attachment)</w:t>
      </w:r>
    </w:p>
    <w:p w14:paraId="0A8E89AA" w14:textId="77777777" w:rsidR="009B01BB" w:rsidRDefault="008B642D">
      <w:r>
        <w:rPr>
          <w:b/>
        </w:rPr>
        <w:t>Conditions</w:t>
      </w:r>
    </w:p>
    <w:p w14:paraId="1943F263" w14:textId="5B46E237" w:rsidR="009B01BB" w:rsidRDefault="008B642D">
      <w:pPr>
        <w:pStyle w:val="ListBullet"/>
      </w:pPr>
      <w:r>
        <w:t xml:space="preserve">Recipient(s) of this scholarship agrees to supply a current digital photo of them self to be used by Temple Lodge </w:t>
      </w:r>
      <w:r w:rsidR="007C5309">
        <w:t xml:space="preserve">No. </w:t>
      </w:r>
      <w:r>
        <w:t>16 for publicity purposes (with application).</w:t>
      </w:r>
    </w:p>
    <w:p w14:paraId="5EB67935" w14:textId="77777777" w:rsidR="009B01BB" w:rsidRDefault="008B642D">
      <w:pPr>
        <w:pStyle w:val="ListBullet"/>
      </w:pPr>
      <w:r>
        <w:t>Recipient(s) by accepting the scholarship consents to the use of their name and likeness for publicity purposes without further compensation, unless prohibited by law.</w:t>
      </w:r>
    </w:p>
    <w:p w14:paraId="1954DDC4" w14:textId="77777777" w:rsidR="009B01BB" w:rsidRDefault="008B642D">
      <w:pPr>
        <w:pStyle w:val="ListBullet"/>
      </w:pPr>
      <w:r>
        <w:t>Recipient(s) of this scholarship agrees to return it should he/she not complete the next full semester of study. Documentation must be presented if this applies!!!</w:t>
      </w:r>
    </w:p>
    <w:p w14:paraId="67CC772D" w14:textId="4D1230E8" w:rsidR="009B01BB" w:rsidRDefault="008B642D">
      <w:pPr>
        <w:pStyle w:val="ListBullet"/>
      </w:pPr>
      <w:r>
        <w:t xml:space="preserve">Recipient(s) of this scholarship agrees to be present at the award ceremony on Thursday June </w:t>
      </w:r>
      <w:r w:rsidR="007C5309">
        <w:t>4</w:t>
      </w:r>
      <w:r>
        <w:t>, 202</w:t>
      </w:r>
      <w:r w:rsidR="007C5309">
        <w:t>6</w:t>
      </w:r>
      <w:r>
        <w:t xml:space="preserve"> (or send a representative) to receive the award.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07"/>
        <w:gridCol w:w="5107"/>
      </w:tblGrid>
      <w:tr w:rsidR="009B01BB" w14:paraId="779BF069" w14:textId="77777777"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2A04E46C" w14:textId="77777777" w:rsidR="009B01BB" w:rsidRDefault="008B642D">
            <w:r>
              <w:rPr>
                <w:b/>
              </w:rPr>
              <w:t>Applicant's Signature</w:t>
            </w:r>
            <w:r>
              <w:rPr>
                <w:b/>
              </w:rPr>
              <w:br/>
            </w:r>
            <w:r>
              <w:br/>
            </w:r>
          </w:p>
        </w:tc>
        <w:tc>
          <w:tcPr>
            <w:tcW w:w="5112" w:type="dxa"/>
            <w:tcMar>
              <w:top w:w="50" w:type="dxa"/>
              <w:left w:w="90" w:type="dxa"/>
              <w:bottom w:w="120" w:type="dxa"/>
              <w:right w:w="90" w:type="dxa"/>
            </w:tcMar>
            <w:vAlign w:val="center"/>
          </w:tcPr>
          <w:p w14:paraId="18BBCC5E" w14:textId="77777777" w:rsidR="009B01BB" w:rsidRDefault="008B642D">
            <w:r>
              <w:rPr>
                <w:b/>
              </w:rPr>
              <w:t>Date</w:t>
            </w:r>
            <w:r>
              <w:rPr>
                <w:b/>
              </w:rPr>
              <w:br/>
            </w:r>
            <w:r>
              <w:br/>
            </w:r>
          </w:p>
        </w:tc>
      </w:tr>
    </w:tbl>
    <w:p w14:paraId="3462EA2D" w14:textId="77777777" w:rsidR="009B01BB" w:rsidRDefault="008B642D">
      <w:r>
        <w:rPr>
          <w:b/>
        </w:rPr>
        <w:t>Email completed application and all requested information to S. Kenneth Baril Scholarship Committee Chairman:</w:t>
      </w:r>
    </w:p>
    <w:p w14:paraId="51BE87E7" w14:textId="4EEE1301" w:rsidR="009B01BB" w:rsidRPr="007C5309" w:rsidRDefault="00127E58">
      <w:pPr>
        <w:rPr>
          <w:b/>
          <w:bCs/>
          <w:highlight w:val="yellow"/>
        </w:rPr>
      </w:pPr>
      <w:r w:rsidRPr="00127E58">
        <w:rPr>
          <w:b/>
          <w:bCs/>
        </w:rPr>
        <w:t>templelodge16secretary@gmail.com</w:t>
      </w:r>
    </w:p>
    <w:p w14:paraId="2168EE67" w14:textId="77777777" w:rsidR="00127E58" w:rsidRDefault="008B642D" w:rsidP="00127E58">
      <w:pPr>
        <w:rPr>
          <w:b/>
          <w:bCs/>
        </w:rPr>
      </w:pPr>
      <w:r w:rsidRPr="00A06DDF">
        <w:rPr>
          <w:b/>
          <w:bCs/>
        </w:rPr>
        <w:t>or mail to:</w:t>
      </w:r>
    </w:p>
    <w:p w14:paraId="70FE2864" w14:textId="11BD2CB6" w:rsidR="00127E58" w:rsidRPr="00127E58" w:rsidRDefault="00127E58" w:rsidP="00127E58">
      <w:pPr>
        <w:rPr>
          <w:b/>
          <w:bCs/>
          <w:highlight w:val="yellow"/>
        </w:rPr>
      </w:pPr>
      <w:r w:rsidRPr="00127E58">
        <w:rPr>
          <w:b/>
          <w:bCs/>
        </w:rPr>
        <w:t>Mark Orsini</w:t>
      </w:r>
    </w:p>
    <w:p w14:paraId="61607A57" w14:textId="77777777" w:rsidR="00127E58" w:rsidRPr="00127E58" w:rsidRDefault="00127E58" w:rsidP="00127E58">
      <w:pPr>
        <w:rPr>
          <w:b/>
          <w:bCs/>
        </w:rPr>
      </w:pPr>
      <w:r w:rsidRPr="00127E58">
        <w:rPr>
          <w:b/>
          <w:bCs/>
        </w:rPr>
        <w:t>119 Buckland ST A2</w:t>
      </w:r>
    </w:p>
    <w:p w14:paraId="19AC39DA" w14:textId="4D4238BE" w:rsidR="009B01BB" w:rsidRPr="007C5309" w:rsidRDefault="00127E58" w:rsidP="00127E58">
      <w:pPr>
        <w:rPr>
          <w:b/>
          <w:bCs/>
        </w:rPr>
      </w:pPr>
      <w:r w:rsidRPr="00127E58">
        <w:rPr>
          <w:b/>
          <w:bCs/>
        </w:rPr>
        <w:t>Plantsville, CT 06479-1624</w:t>
      </w:r>
    </w:p>
    <w:sectPr w:rsidR="009B01BB" w:rsidRPr="007C5309" w:rsidSect="00034616">
      <w:pgSz w:w="12240" w:h="15840"/>
      <w:pgMar w:top="792" w:right="1008" w:bottom="792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8873006">
    <w:abstractNumId w:val="8"/>
  </w:num>
  <w:num w:numId="2" w16cid:durableId="171115703">
    <w:abstractNumId w:val="6"/>
  </w:num>
  <w:num w:numId="3" w16cid:durableId="100881482">
    <w:abstractNumId w:val="5"/>
  </w:num>
  <w:num w:numId="4" w16cid:durableId="15349138">
    <w:abstractNumId w:val="4"/>
  </w:num>
  <w:num w:numId="5" w16cid:durableId="1093668699">
    <w:abstractNumId w:val="7"/>
  </w:num>
  <w:num w:numId="6" w16cid:durableId="517625418">
    <w:abstractNumId w:val="3"/>
  </w:num>
  <w:num w:numId="7" w16cid:durableId="1998536181">
    <w:abstractNumId w:val="2"/>
  </w:num>
  <w:num w:numId="8" w16cid:durableId="1837724724">
    <w:abstractNumId w:val="1"/>
  </w:num>
  <w:num w:numId="9" w16cid:durableId="1449816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F4706"/>
    <w:rsid w:val="00127E58"/>
    <w:rsid w:val="0015074B"/>
    <w:rsid w:val="0029639D"/>
    <w:rsid w:val="00326F90"/>
    <w:rsid w:val="00505803"/>
    <w:rsid w:val="00563CE9"/>
    <w:rsid w:val="007C5309"/>
    <w:rsid w:val="008B642D"/>
    <w:rsid w:val="009B01BB"/>
    <w:rsid w:val="00A06DD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2A15D0"/>
  <w14:defaultImageDpi w14:val="300"/>
  <w15:docId w15:val="{B93289C4-D266-4950-A8A5-26859033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2563D9DA28C4B837B0B0D5DCD90E3" ma:contentTypeVersion="18" ma:contentTypeDescription="Create a new document." ma:contentTypeScope="" ma:versionID="1f85155df67eed895c14fcb3fe056809">
  <xsd:schema xmlns:xsd="http://www.w3.org/2001/XMLSchema" xmlns:xs="http://www.w3.org/2001/XMLSchema" xmlns:p="http://schemas.microsoft.com/office/2006/metadata/properties" xmlns:ns2="23d1c2d1-20a0-465b-8f1d-3afc23e2fcd2" xmlns:ns3="cb93a91c-fff1-4144-96b1-7cb2d621a99c" targetNamespace="http://schemas.microsoft.com/office/2006/metadata/properties" ma:root="true" ma:fieldsID="4593e2651455e1b010f032a7497186b0" ns2:_="" ns3:_="">
    <xsd:import namespace="23d1c2d1-20a0-465b-8f1d-3afc23e2fcd2"/>
    <xsd:import namespace="cb93a91c-fff1-4144-96b1-7cb2d621a99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1c2d1-20a0-465b-8f1d-3afc23e2f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e5f0a7b2-0986-4e69-9b1c-74fd5eb3831e}" ma:internalName="TaxCatchAll" ma:showField="CatchAllData" ma:web="23d1c2d1-20a0-465b-8f1d-3afc23e2fc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93a91c-fff1-4144-96b1-7cb2d621a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790ed200-f5e0-4da8-b3ca-2fb4ccf85c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3d1c2d1-20a0-465b-8f1d-3afc23e2fcd2" xsi:nil="true"/>
    <lcf76f155ced4ddcb4097134ff3c332f xmlns="cb93a91c-fff1-4144-96b1-7cb2d621a99c">
      <Terms xmlns="http://schemas.microsoft.com/office/infopath/2007/PartnerControls"/>
    </lcf76f155ced4ddcb4097134ff3c332f>
    <_dlc_DocId xmlns="23d1c2d1-20a0-465b-8f1d-3afc23e2fcd2">7M3J6Q67QD3K-1965043918-174686</_dlc_DocId>
    <_dlc_DocIdUrl xmlns="23d1c2d1-20a0-465b-8f1d-3afc23e2fcd2">
      <Url>https://ctfreemasons.sharepoint.com/sites/FileLibrary/_layouts/15/DocIdRedir.aspx?ID=7M3J6Q67QD3K-1965043918-174686</Url>
      <Description>7M3J6Q67QD3K-1965043918-174686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21BB7F-7A0F-44A8-9407-1871DA8B152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85AB40F-CFF5-4230-A11E-E589F0BB6C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d1c2d1-20a0-465b-8f1d-3afc23e2fcd2"/>
    <ds:schemaRef ds:uri="cb93a91c-fff1-4144-96b1-7cb2d621a9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59161F7-2E89-4583-985A-B26E10B4F4A0}">
  <ds:schemaRefs>
    <ds:schemaRef ds:uri="http://schemas.microsoft.com/office/2006/metadata/properties"/>
    <ds:schemaRef ds:uri="http://schemas.microsoft.com/office/infopath/2007/PartnerControls"/>
    <ds:schemaRef ds:uri="23d1c2d1-20a0-465b-8f1d-3afc23e2fcd2"/>
    <ds:schemaRef ds:uri="cb93a91c-fff1-4144-96b1-7cb2d621a99c"/>
  </ds:schemaRefs>
</ds:datastoreItem>
</file>

<file path=customXml/itemProps5.xml><?xml version="1.0" encoding="utf-8"?>
<ds:datastoreItem xmlns:ds="http://schemas.openxmlformats.org/officeDocument/2006/customXml" ds:itemID="{3BAD8F35-747A-484E-B5CC-D0E99DB260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505</Words>
  <Characters>3543</Characters>
  <Application>Microsoft Office Word</Application>
  <DocSecurity>0</DocSecurity>
  <Lines>131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Orsini</cp:lastModifiedBy>
  <cp:revision>4</cp:revision>
  <cp:lastPrinted>2026-04-16T17:35:00Z</cp:lastPrinted>
  <dcterms:created xsi:type="dcterms:W3CDTF">2026-04-16T17:35:00Z</dcterms:created>
  <dcterms:modified xsi:type="dcterms:W3CDTF">2026-04-17T16:39:00Z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0x0101009EC2563D9DA28C4B837B0B0D5DCD90E3</vt:lpwstr>
  </property>
  <property fmtid="{D5CDD505-2E9C-101B-9397-08002B2CF9AE}" pid="3" name="_dlc_DocIdItemGuid">
    <vt:lpwstr>fcbb9143-2169-441d-bb50-88b96784edaf</vt:lpwstr>
  </property>
</Properties>
</file>