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8E0AB" w14:textId="77777777" w:rsidR="009A3112" w:rsidRDefault="00183597">
      <w:pPr>
        <w:pStyle w:val="Heading1"/>
      </w:pPr>
      <w:r>
        <w:t>Ashlar-Aspetuck Lodge No. 142</w:t>
      </w:r>
    </w:p>
    <w:p w14:paraId="55EE34AD" w14:textId="3C8A3A06" w:rsidR="00F02DF7" w:rsidRPr="00F02DF7" w:rsidRDefault="00183597" w:rsidP="00F02DF7">
      <w:pPr>
        <w:pStyle w:val="Heading2"/>
        <w:spacing w:before="0"/>
      </w:pPr>
      <w:r>
        <w:t>November Stated Communication</w:t>
      </w:r>
    </w:p>
    <w:p w14:paraId="4C1D45F6" w14:textId="77777777" w:rsidR="009A3112" w:rsidRDefault="00183597" w:rsidP="00F02DF7">
      <w:pPr>
        <w:spacing w:after="0"/>
      </w:pPr>
      <w:r>
        <w:t>Wednesday, November 12, 2025</w:t>
      </w:r>
    </w:p>
    <w:p w14:paraId="336DE1AE" w14:textId="77777777" w:rsidR="006C553D" w:rsidRDefault="006C553D" w:rsidP="00F02DF7">
      <w:pPr>
        <w:spacing w:after="0"/>
      </w:pPr>
    </w:p>
    <w:p w14:paraId="1A11D88B" w14:textId="4C88B3FD" w:rsidR="009A3112" w:rsidRDefault="00183597" w:rsidP="00F02DF7">
      <w:pPr>
        <w:spacing w:after="0"/>
      </w:pPr>
      <w:r>
        <w:t>WM is Traveling</w:t>
      </w:r>
    </w:p>
    <w:p w14:paraId="39AD0EBC" w14:textId="77777777" w:rsidR="009A3112" w:rsidRDefault="00183597" w:rsidP="00F02DF7">
      <w:pPr>
        <w:spacing w:after="0"/>
      </w:pPr>
      <w:r>
        <w:t>SW will sit in the East</w:t>
      </w:r>
    </w:p>
    <w:p w14:paraId="3F1B0BA7" w14:textId="07342C31" w:rsidR="009A3112" w:rsidRDefault="00183597" w:rsidP="00F02DF7">
      <w:pPr>
        <w:spacing w:after="0"/>
      </w:pPr>
      <w:r>
        <w:t xml:space="preserve">WB </w:t>
      </w:r>
      <w:r w:rsidR="00967856">
        <w:t>Holm</w:t>
      </w:r>
      <w:r w:rsidR="75FCCC20">
        <w:t>s</w:t>
      </w:r>
      <w:r>
        <w:t xml:space="preserve"> will sit in the West</w:t>
      </w:r>
    </w:p>
    <w:p w14:paraId="0B9AD8D8" w14:textId="77777777" w:rsidR="009A3112" w:rsidRDefault="00183597" w:rsidP="00F02DF7">
      <w:pPr>
        <w:spacing w:after="0"/>
      </w:pPr>
      <w:r>
        <w:t>Dress: Business Casual</w:t>
      </w:r>
    </w:p>
    <w:p w14:paraId="4E7D7B68" w14:textId="77777777" w:rsidR="009A3112" w:rsidRDefault="00183597">
      <w:pPr>
        <w:pStyle w:val="Heading2"/>
      </w:pPr>
      <w:r>
        <w:t>Agenda</w:t>
      </w:r>
    </w:p>
    <w:p w14:paraId="3EF433AD" w14:textId="2B300F66" w:rsidR="009A3112" w:rsidRDefault="00183597">
      <w:pPr>
        <w:pStyle w:val="ListNumber"/>
      </w:pPr>
      <w:r>
        <w:t>Opening of the Lodge</w:t>
      </w:r>
    </w:p>
    <w:p w14:paraId="396F4718" w14:textId="5AD58442" w:rsidR="009A3112" w:rsidRDefault="00183597">
      <w:pPr>
        <w:pStyle w:val="ListNumber"/>
      </w:pPr>
      <w:r>
        <w:t>Welcome of Visitors and Grand Lodge Officers</w:t>
      </w:r>
    </w:p>
    <w:p w14:paraId="7D0735FD" w14:textId="5E16BDE6" w:rsidR="009A3112" w:rsidRDefault="00183597">
      <w:pPr>
        <w:pStyle w:val="ListNumber"/>
      </w:pPr>
      <w:r>
        <w:t>Sickness and Distress</w:t>
      </w:r>
    </w:p>
    <w:p w14:paraId="18AF15B0" w14:textId="544034C0" w:rsidR="009A3112" w:rsidRDefault="00183597">
      <w:pPr>
        <w:pStyle w:val="ListNumber"/>
      </w:pPr>
      <w:r>
        <w:t>Treasurer’s and Secretary’s Reports</w:t>
      </w:r>
    </w:p>
    <w:p w14:paraId="0FDFAE46" w14:textId="1A1DF1E6" w:rsidR="009A3112" w:rsidRDefault="00183597">
      <w:pPr>
        <w:pStyle w:val="ListNumber"/>
      </w:pPr>
      <w:r>
        <w:t>Committee Reports</w:t>
      </w:r>
      <w:r>
        <w:br/>
        <w:t xml:space="preserve">   - Prospects</w:t>
      </w:r>
      <w:r>
        <w:br/>
        <w:t xml:space="preserve">   - Fellowship &amp; Events</w:t>
      </w:r>
      <w:r>
        <w:br/>
        <w:t xml:space="preserve">   - Building &amp; Rentals</w:t>
      </w:r>
    </w:p>
    <w:p w14:paraId="132D62CA" w14:textId="06919AB9" w:rsidR="009A3112" w:rsidRDefault="00183597">
      <w:pPr>
        <w:pStyle w:val="ListNumber"/>
      </w:pPr>
      <w:r>
        <w:t>Education</w:t>
      </w:r>
      <w:r>
        <w:br/>
        <w:t xml:space="preserve">   - Practical Application: The Masonic Funeral — purpose, meaning, and conduct</w:t>
      </w:r>
    </w:p>
    <w:p w14:paraId="4F338B11" w14:textId="23A7062A" w:rsidR="009A3112" w:rsidRDefault="00183597">
      <w:pPr>
        <w:pStyle w:val="ListNumber"/>
      </w:pPr>
      <w:r>
        <w:t>Old Business</w:t>
      </w:r>
      <w:r>
        <w:br/>
        <w:t xml:space="preserve">   - Holiday Food Drive for Easton Senior Center — progress toward $1,000 goal, donation logistics, and matching-fund update</w:t>
      </w:r>
    </w:p>
    <w:p w14:paraId="076AE10C" w14:textId="148171C2" w:rsidR="009A3112" w:rsidRDefault="00183597">
      <w:pPr>
        <w:pStyle w:val="ListNumber"/>
      </w:pPr>
      <w:r>
        <w:t>New Business</w:t>
      </w:r>
      <w:r>
        <w:br/>
        <w:t xml:space="preserve">   - Notice of December elections for 2026 Lodge Officers</w:t>
      </w:r>
    </w:p>
    <w:p w14:paraId="67E67EF3" w14:textId="77777777" w:rsidR="006C553D" w:rsidRDefault="00183597" w:rsidP="006C553D">
      <w:pPr>
        <w:pStyle w:val="ListNumber"/>
      </w:pPr>
      <w:r>
        <w:t>Remarks of the Worshipful Master and Officers</w:t>
      </w:r>
    </w:p>
    <w:p w14:paraId="313E64CF" w14:textId="75981EE7" w:rsidR="009A3112" w:rsidRDefault="00183597" w:rsidP="006C553D">
      <w:pPr>
        <w:pStyle w:val="ListNumber"/>
      </w:pPr>
      <w:r>
        <w:t>Closing of the Lodge</w:t>
      </w:r>
    </w:p>
    <w:sectPr w:rsidR="009A311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58182304">
    <w:abstractNumId w:val="8"/>
  </w:num>
  <w:num w:numId="2" w16cid:durableId="325480204">
    <w:abstractNumId w:val="6"/>
  </w:num>
  <w:num w:numId="3" w16cid:durableId="2098550736">
    <w:abstractNumId w:val="5"/>
  </w:num>
  <w:num w:numId="4" w16cid:durableId="1511484508">
    <w:abstractNumId w:val="4"/>
  </w:num>
  <w:num w:numId="5" w16cid:durableId="1397705754">
    <w:abstractNumId w:val="7"/>
  </w:num>
  <w:num w:numId="6" w16cid:durableId="1441410187">
    <w:abstractNumId w:val="3"/>
  </w:num>
  <w:num w:numId="7" w16cid:durableId="81337859">
    <w:abstractNumId w:val="2"/>
  </w:num>
  <w:num w:numId="8" w16cid:durableId="1190681908">
    <w:abstractNumId w:val="1"/>
  </w:num>
  <w:num w:numId="9" w16cid:durableId="1331638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4E4D"/>
    <w:rsid w:val="00034616"/>
    <w:rsid w:val="0006063C"/>
    <w:rsid w:val="0015074B"/>
    <w:rsid w:val="00183597"/>
    <w:rsid w:val="0029639D"/>
    <w:rsid w:val="00326F90"/>
    <w:rsid w:val="003930DB"/>
    <w:rsid w:val="004F3E99"/>
    <w:rsid w:val="00536E5A"/>
    <w:rsid w:val="00674898"/>
    <w:rsid w:val="006C553D"/>
    <w:rsid w:val="00760894"/>
    <w:rsid w:val="007C2801"/>
    <w:rsid w:val="00967856"/>
    <w:rsid w:val="009A3112"/>
    <w:rsid w:val="00AA1D8D"/>
    <w:rsid w:val="00B47730"/>
    <w:rsid w:val="00CB0664"/>
    <w:rsid w:val="00CF7EFF"/>
    <w:rsid w:val="00EC3497"/>
    <w:rsid w:val="00F02DF7"/>
    <w:rsid w:val="00FC693F"/>
    <w:rsid w:val="6AB112B6"/>
    <w:rsid w:val="75FCC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6F8124D"/>
  <w14:defaultImageDpi w14:val="300"/>
  <w15:docId w15:val="{978E8CCA-9DE0-F74D-87A2-B1BB4A8AB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649</Characters>
  <Application>Microsoft Office Word</Application>
  <DocSecurity>0</DocSecurity>
  <Lines>5</Lines>
  <Paragraphs>1</Paragraphs>
  <ScaleCrop>false</ScaleCrop>
  <Manager/>
  <Company/>
  <LinksUpToDate>false</LinksUpToDate>
  <CharactersWithSpaces>761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Kraig Gray</cp:lastModifiedBy>
  <cp:revision>2</cp:revision>
  <dcterms:created xsi:type="dcterms:W3CDTF">2025-11-11T13:40:00Z</dcterms:created>
  <dcterms:modified xsi:type="dcterms:W3CDTF">2025-11-11T13:40:00Z</dcterms:modified>
  <cp:category/>
</cp:coreProperties>
</file>